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F5942" w14:textId="26948226" w:rsidR="00AA1196" w:rsidRDefault="000A4FFE">
      <w:pPr>
        <w:jc w:val="center"/>
        <w:rPr>
          <w:lang w:eastAsia="ko-KR"/>
        </w:rPr>
      </w:pPr>
      <w:r>
        <w:rPr>
          <w:b/>
          <w:sz w:val="36"/>
          <w:lang w:eastAsia="ko-KR"/>
        </w:rPr>
        <w:t>유학생을 위한 중고거래 다국어 AI 도우미</w:t>
      </w:r>
      <w:r>
        <w:rPr>
          <w:b/>
          <w:sz w:val="36"/>
          <w:lang w:eastAsia="ko-KR"/>
        </w:rPr>
        <w:br/>
        <w:t>예상 질문지 및 답변</w:t>
      </w:r>
    </w:p>
    <w:p w14:paraId="67002446" w14:textId="77777777" w:rsidR="00AA1196" w:rsidRDefault="000A4FFE">
      <w:pPr>
        <w:jc w:val="center"/>
        <w:rPr>
          <w:lang w:eastAsia="ko-KR"/>
        </w:rPr>
      </w:pPr>
      <w:r>
        <w:rPr>
          <w:lang w:eastAsia="ko-KR"/>
        </w:rPr>
        <w:t>6조 갯로그 · 정윤기 · 유준환 · 홍유진 · 김해나</w:t>
      </w:r>
    </w:p>
    <w:p w14:paraId="3FCD007F" w14:textId="77777777" w:rsidR="00AA1196" w:rsidRDefault="000A4FFE">
      <w:pPr>
        <w:pStyle w:val="21"/>
        <w:rPr>
          <w:lang w:eastAsia="ko-KR"/>
        </w:rPr>
      </w:pPr>
      <w:r>
        <w:rPr>
          <w:lang w:eastAsia="ko-KR"/>
        </w:rPr>
        <w:t xml:space="preserve">1. </w:t>
      </w:r>
      <w:r>
        <w:rPr>
          <w:lang w:eastAsia="ko-KR"/>
        </w:rPr>
        <w:t>왜</w:t>
      </w:r>
      <w:r>
        <w:rPr>
          <w:lang w:eastAsia="ko-KR"/>
        </w:rPr>
        <w:t xml:space="preserve"> </w:t>
      </w:r>
      <w:r>
        <w:rPr>
          <w:lang w:eastAsia="ko-KR"/>
        </w:rPr>
        <w:t>유학생을</w:t>
      </w:r>
      <w:r>
        <w:rPr>
          <w:lang w:eastAsia="ko-KR"/>
        </w:rPr>
        <w:t xml:space="preserve"> </w:t>
      </w:r>
      <w:r>
        <w:rPr>
          <w:lang w:eastAsia="ko-KR"/>
        </w:rPr>
        <w:t>대상으로</w:t>
      </w:r>
      <w:r>
        <w:rPr>
          <w:lang w:eastAsia="ko-KR"/>
        </w:rPr>
        <w:t xml:space="preserve"> </w:t>
      </w:r>
      <w:r>
        <w:rPr>
          <w:lang w:eastAsia="ko-KR"/>
        </w:rPr>
        <w:t>했나요</w:t>
      </w:r>
      <w:r>
        <w:rPr>
          <w:lang w:eastAsia="ko-KR"/>
        </w:rPr>
        <w:t>?</w:t>
      </w:r>
    </w:p>
    <w:p w14:paraId="3698E0ED" w14:textId="77777777" w:rsidR="00AA1196" w:rsidRDefault="000A4FFE">
      <w:pPr>
        <w:rPr>
          <w:lang w:eastAsia="ko-KR"/>
        </w:rPr>
      </w:pPr>
      <w:r>
        <w:rPr>
          <w:b/>
          <w:lang w:eastAsia="ko-KR"/>
        </w:rPr>
        <w:t xml:space="preserve">답변: </w:t>
      </w:r>
      <w:r>
        <w:rPr>
          <w:lang w:eastAsia="ko-KR"/>
        </w:rPr>
        <w:t>부산외대는 유학생 비중이 높은 학교이고, 유학생들도 생활용품이나 전자기기를 중고로 구매할 일이 많다고 생각했습니다. 하지만 당근마켓은 한국어 중심이라 상품 설명 이해, 가격 판단, 판매자와의 소통이 어렵습니다. 그래서 유학생이 바로 활용할 수 있는 중고거래 보조 서비스를 주제로 정했습니다.</w:t>
      </w:r>
    </w:p>
    <w:p w14:paraId="21F9C74E" w14:textId="77777777" w:rsidR="00AA1196" w:rsidRDefault="000A4FFE">
      <w:pPr>
        <w:pStyle w:val="21"/>
        <w:rPr>
          <w:lang w:eastAsia="ko-KR"/>
        </w:rPr>
      </w:pPr>
      <w:r>
        <w:rPr>
          <w:lang w:eastAsia="ko-KR"/>
        </w:rPr>
        <w:t xml:space="preserve">2. </w:t>
      </w:r>
      <w:r>
        <w:rPr>
          <w:lang w:eastAsia="ko-KR"/>
        </w:rPr>
        <w:t>왜</w:t>
      </w:r>
      <w:r>
        <w:rPr>
          <w:lang w:eastAsia="ko-KR"/>
        </w:rPr>
        <w:t xml:space="preserve"> </w:t>
      </w:r>
      <w:r>
        <w:rPr>
          <w:lang w:eastAsia="ko-KR"/>
        </w:rPr>
        <w:t>당근마켓</w:t>
      </w:r>
      <w:r>
        <w:rPr>
          <w:lang w:eastAsia="ko-KR"/>
        </w:rPr>
        <w:t xml:space="preserve"> </w:t>
      </w:r>
      <w:r>
        <w:rPr>
          <w:lang w:eastAsia="ko-KR"/>
        </w:rPr>
        <w:t>데이터를</w:t>
      </w:r>
      <w:r>
        <w:rPr>
          <w:lang w:eastAsia="ko-KR"/>
        </w:rPr>
        <w:t xml:space="preserve"> </w:t>
      </w:r>
      <w:r>
        <w:rPr>
          <w:lang w:eastAsia="ko-KR"/>
        </w:rPr>
        <w:t>사용했나요</w:t>
      </w:r>
      <w:r>
        <w:rPr>
          <w:lang w:eastAsia="ko-KR"/>
        </w:rPr>
        <w:t>?</w:t>
      </w:r>
    </w:p>
    <w:p w14:paraId="065FC1B3" w14:textId="77777777" w:rsidR="00AA1196" w:rsidRDefault="000A4FFE">
      <w:pPr>
        <w:rPr>
          <w:lang w:eastAsia="ko-KR"/>
        </w:rPr>
      </w:pPr>
      <w:r>
        <w:rPr>
          <w:b/>
          <w:lang w:eastAsia="ko-KR"/>
        </w:rPr>
        <w:t xml:space="preserve">답변: </w:t>
      </w:r>
      <w:r>
        <w:rPr>
          <w:lang w:eastAsia="ko-KR"/>
        </w:rPr>
        <w:t>당근마켓은 한국에서 많이 사용되는 지역 기반 중고거래 플랫폼이고, 실제 유학생들이 접할 가능성이 높은 서비스라고 판단했습니다. 또 지역 기반 거래 특성이 강하기 때문에 부산 지역 데이터를 수집하면 부산외대 유학생에게 맞는 서비스 방향을 잡을 수 있다고 봤습니다.</w:t>
      </w:r>
    </w:p>
    <w:p w14:paraId="229692A5" w14:textId="77777777" w:rsidR="00AA1196" w:rsidRDefault="000A4FFE">
      <w:pPr>
        <w:pStyle w:val="21"/>
        <w:rPr>
          <w:lang w:eastAsia="ko-KR"/>
        </w:rPr>
      </w:pPr>
      <w:r>
        <w:rPr>
          <w:lang w:eastAsia="ko-KR"/>
        </w:rPr>
        <w:t xml:space="preserve">3. </w:t>
      </w:r>
      <w:r>
        <w:rPr>
          <w:lang w:eastAsia="ko-KR"/>
        </w:rPr>
        <w:t>크롤링은</w:t>
      </w:r>
      <w:r>
        <w:rPr>
          <w:lang w:eastAsia="ko-KR"/>
        </w:rPr>
        <w:t xml:space="preserve"> </w:t>
      </w:r>
      <w:r>
        <w:rPr>
          <w:lang w:eastAsia="ko-KR"/>
        </w:rPr>
        <w:t>어떤</w:t>
      </w:r>
      <w:r>
        <w:rPr>
          <w:lang w:eastAsia="ko-KR"/>
        </w:rPr>
        <w:t xml:space="preserve"> </w:t>
      </w:r>
      <w:r>
        <w:rPr>
          <w:lang w:eastAsia="ko-KR"/>
        </w:rPr>
        <w:t>방식으로</w:t>
      </w:r>
      <w:r>
        <w:rPr>
          <w:lang w:eastAsia="ko-KR"/>
        </w:rPr>
        <w:t xml:space="preserve"> </w:t>
      </w:r>
      <w:r>
        <w:rPr>
          <w:lang w:eastAsia="ko-KR"/>
        </w:rPr>
        <w:t>했나요</w:t>
      </w:r>
      <w:r>
        <w:rPr>
          <w:lang w:eastAsia="ko-KR"/>
        </w:rPr>
        <w:t>?</w:t>
      </w:r>
    </w:p>
    <w:p w14:paraId="05849AA3" w14:textId="77777777" w:rsidR="00AA1196" w:rsidRDefault="000A4FFE">
      <w:pPr>
        <w:rPr>
          <w:lang w:eastAsia="ko-KR"/>
        </w:rPr>
      </w:pPr>
      <w:r>
        <w:rPr>
          <w:b/>
          <w:lang w:eastAsia="ko-KR"/>
        </w:rPr>
        <w:t xml:space="preserve">답변: </w:t>
      </w:r>
      <w:r>
        <w:rPr>
          <w:lang w:eastAsia="ko-KR"/>
        </w:rPr>
        <w:t>당근마켓 페이지가 동적으로 로딩되는 구조라서 Selenium과 undetected_chromedriver를 사용했습니다. 먼저 부산광역시 동네별 URL을 수집하고, 각 동네 페이지를 순회하면서 상품 제목, 가격, 위치와 시간, 게시글 링크를 수집했습니다. 이후 BeautifulSoup과 pandas를 사용해 데이터를 정리했습니다.</w:t>
      </w:r>
    </w:p>
    <w:p w14:paraId="4B2D18C2" w14:textId="77777777" w:rsidR="00AA1196" w:rsidRDefault="000A4FFE">
      <w:pPr>
        <w:pStyle w:val="21"/>
        <w:rPr>
          <w:lang w:eastAsia="ko-KR"/>
        </w:rPr>
      </w:pPr>
      <w:r>
        <w:rPr>
          <w:lang w:eastAsia="ko-KR"/>
        </w:rPr>
        <w:t xml:space="preserve">4. </w:t>
      </w:r>
      <w:r>
        <w:rPr>
          <w:lang w:eastAsia="ko-KR"/>
        </w:rPr>
        <w:t>데이터는</w:t>
      </w:r>
      <w:r>
        <w:rPr>
          <w:lang w:eastAsia="ko-KR"/>
        </w:rPr>
        <w:t xml:space="preserve"> </w:t>
      </w:r>
      <w:r>
        <w:rPr>
          <w:lang w:eastAsia="ko-KR"/>
        </w:rPr>
        <w:t>몇</w:t>
      </w:r>
      <w:r>
        <w:rPr>
          <w:lang w:eastAsia="ko-KR"/>
        </w:rPr>
        <w:t xml:space="preserve"> </w:t>
      </w:r>
      <w:r>
        <w:rPr>
          <w:lang w:eastAsia="ko-KR"/>
        </w:rPr>
        <w:t>건</w:t>
      </w:r>
      <w:r>
        <w:rPr>
          <w:lang w:eastAsia="ko-KR"/>
        </w:rPr>
        <w:t xml:space="preserve"> </w:t>
      </w:r>
      <w:r>
        <w:rPr>
          <w:lang w:eastAsia="ko-KR"/>
        </w:rPr>
        <w:t>수집했고</w:t>
      </w:r>
      <w:r>
        <w:rPr>
          <w:lang w:eastAsia="ko-KR"/>
        </w:rPr>
        <w:t xml:space="preserve">, </w:t>
      </w:r>
      <w:r>
        <w:rPr>
          <w:lang w:eastAsia="ko-KR"/>
        </w:rPr>
        <w:t>최종적으로</w:t>
      </w:r>
      <w:r>
        <w:rPr>
          <w:lang w:eastAsia="ko-KR"/>
        </w:rPr>
        <w:t xml:space="preserve"> </w:t>
      </w:r>
      <w:r>
        <w:rPr>
          <w:lang w:eastAsia="ko-KR"/>
        </w:rPr>
        <w:t>몇</w:t>
      </w:r>
      <w:r>
        <w:rPr>
          <w:lang w:eastAsia="ko-KR"/>
        </w:rPr>
        <w:t xml:space="preserve"> </w:t>
      </w:r>
      <w:r>
        <w:rPr>
          <w:lang w:eastAsia="ko-KR"/>
        </w:rPr>
        <w:t>건을</w:t>
      </w:r>
      <w:r>
        <w:rPr>
          <w:lang w:eastAsia="ko-KR"/>
        </w:rPr>
        <w:t xml:space="preserve"> </w:t>
      </w:r>
      <w:r>
        <w:rPr>
          <w:lang w:eastAsia="ko-KR"/>
        </w:rPr>
        <w:t>사용했나요</w:t>
      </w:r>
      <w:r>
        <w:rPr>
          <w:lang w:eastAsia="ko-KR"/>
        </w:rPr>
        <w:t>?</w:t>
      </w:r>
    </w:p>
    <w:p w14:paraId="1C1BB780" w14:textId="77777777" w:rsidR="00AA1196" w:rsidRDefault="000A4FFE">
      <w:pPr>
        <w:rPr>
          <w:lang w:eastAsia="ko-KR"/>
        </w:rPr>
      </w:pPr>
      <w:r>
        <w:rPr>
          <w:b/>
          <w:lang w:eastAsia="ko-KR"/>
        </w:rPr>
        <w:t xml:space="preserve">답변: </w:t>
      </w:r>
      <w:r>
        <w:rPr>
          <w:lang w:eastAsia="ko-KR"/>
        </w:rPr>
        <w:t>원본 데이터는 약 29,000건 정도 수집했고, 결측치와 중복 데이터, 가격 이상치 등을 처리한 뒤 최종적으로 약 22,056건을 사용했습니다. 무료나눔 상품은 가격 예측에는 적합하지 않다고 판단해서 별도로 분리했습니다.</w:t>
      </w:r>
    </w:p>
    <w:p w14:paraId="4435E1EF" w14:textId="12FB0CFA" w:rsidR="00AA1196" w:rsidRDefault="00206BEF">
      <w:pPr>
        <w:pStyle w:val="21"/>
        <w:rPr>
          <w:lang w:eastAsia="ko-KR"/>
        </w:rPr>
      </w:pPr>
      <w:r>
        <w:rPr>
          <w:rFonts w:eastAsia="맑은 고딕" w:hint="eastAsia"/>
          <w:lang w:eastAsia="ko-KR"/>
        </w:rPr>
        <w:t>5</w:t>
      </w:r>
      <w:r w:rsidR="000A4FFE">
        <w:rPr>
          <w:lang w:eastAsia="ko-KR"/>
        </w:rPr>
        <w:t xml:space="preserve">. </w:t>
      </w:r>
      <w:r w:rsidR="000A4FFE">
        <w:rPr>
          <w:lang w:eastAsia="ko-KR"/>
        </w:rPr>
        <w:t>카테고리의</w:t>
      </w:r>
      <w:r w:rsidR="000A4FFE">
        <w:rPr>
          <w:lang w:eastAsia="ko-KR"/>
        </w:rPr>
        <w:t xml:space="preserve"> 97.6%</w:t>
      </w:r>
      <w:r w:rsidR="000A4FFE">
        <w:rPr>
          <w:lang w:eastAsia="ko-KR"/>
        </w:rPr>
        <w:t>가</w:t>
      </w:r>
      <w:r w:rsidR="000A4FFE">
        <w:rPr>
          <w:lang w:eastAsia="ko-KR"/>
        </w:rPr>
        <w:t xml:space="preserve"> </w:t>
      </w:r>
      <w:r w:rsidR="000A4FFE">
        <w:rPr>
          <w:lang w:eastAsia="ko-KR"/>
        </w:rPr>
        <w:t>기타로</w:t>
      </w:r>
      <w:r w:rsidR="000A4FFE">
        <w:rPr>
          <w:lang w:eastAsia="ko-KR"/>
        </w:rPr>
        <w:t xml:space="preserve"> </w:t>
      </w:r>
      <w:r w:rsidR="000A4FFE">
        <w:rPr>
          <w:lang w:eastAsia="ko-KR"/>
        </w:rPr>
        <w:t>나온</w:t>
      </w:r>
      <w:r w:rsidR="000A4FFE">
        <w:rPr>
          <w:lang w:eastAsia="ko-KR"/>
        </w:rPr>
        <w:t xml:space="preserve"> </w:t>
      </w:r>
      <w:r w:rsidR="000A4FFE">
        <w:rPr>
          <w:lang w:eastAsia="ko-KR"/>
        </w:rPr>
        <w:t>이유는</w:t>
      </w:r>
      <w:r w:rsidR="000A4FFE">
        <w:rPr>
          <w:lang w:eastAsia="ko-KR"/>
        </w:rPr>
        <w:t xml:space="preserve"> </w:t>
      </w:r>
      <w:r w:rsidR="000A4FFE">
        <w:rPr>
          <w:lang w:eastAsia="ko-KR"/>
        </w:rPr>
        <w:t>무엇인가요</w:t>
      </w:r>
      <w:r w:rsidR="000A4FFE">
        <w:rPr>
          <w:lang w:eastAsia="ko-KR"/>
        </w:rPr>
        <w:t>?</w:t>
      </w:r>
    </w:p>
    <w:p w14:paraId="622972E7" w14:textId="77777777" w:rsidR="00AA1196" w:rsidRDefault="000A4FFE">
      <w:pPr>
        <w:rPr>
          <w:lang w:eastAsia="ko-KR"/>
        </w:rPr>
      </w:pPr>
      <w:r>
        <w:rPr>
          <w:b/>
          <w:lang w:eastAsia="ko-KR"/>
        </w:rPr>
        <w:t xml:space="preserve">답변: </w:t>
      </w:r>
      <w:r>
        <w:rPr>
          <w:lang w:eastAsia="ko-KR"/>
        </w:rPr>
        <w:t>수집 데이터에서 판매자가 입력한 카테고리 정보가 부족했고, 현재는 상품 제목 키워드 기반 규칙으로만 카테고리를 분류했기 때문입니다. 그래서 대부분이 기타로 남는 한계가 있었습니다. 향후에는 LLM을 활용해 상품 제목과 상세설명을 분석하고 자동으로 카테고리를 태깅하는 방식으로 개선할 수 있습니다.</w:t>
      </w:r>
    </w:p>
    <w:p w14:paraId="6B29E307" w14:textId="20CDEB8F" w:rsidR="00AA1196" w:rsidRDefault="00206BEF">
      <w:pPr>
        <w:pStyle w:val="21"/>
        <w:rPr>
          <w:lang w:eastAsia="ko-KR"/>
        </w:rPr>
      </w:pPr>
      <w:r>
        <w:rPr>
          <w:rFonts w:eastAsia="맑은 고딕" w:hint="eastAsia"/>
          <w:lang w:eastAsia="ko-KR"/>
        </w:rPr>
        <w:lastRenderedPageBreak/>
        <w:t>6</w:t>
      </w:r>
      <w:r w:rsidR="000A4FFE">
        <w:rPr>
          <w:lang w:eastAsia="ko-KR"/>
        </w:rPr>
        <w:t>. LLM</w:t>
      </w:r>
      <w:r w:rsidR="000A4FFE">
        <w:rPr>
          <w:lang w:eastAsia="ko-KR"/>
        </w:rPr>
        <w:t>은</w:t>
      </w:r>
      <w:r w:rsidR="000A4FFE">
        <w:rPr>
          <w:lang w:eastAsia="ko-KR"/>
        </w:rPr>
        <w:t xml:space="preserve"> </w:t>
      </w:r>
      <w:r w:rsidR="000A4FFE">
        <w:rPr>
          <w:lang w:eastAsia="ko-KR"/>
        </w:rPr>
        <w:t>정확히</w:t>
      </w:r>
      <w:r w:rsidR="000A4FFE">
        <w:rPr>
          <w:lang w:eastAsia="ko-KR"/>
        </w:rPr>
        <w:t xml:space="preserve"> </w:t>
      </w:r>
      <w:r w:rsidR="000A4FFE">
        <w:rPr>
          <w:lang w:eastAsia="ko-KR"/>
        </w:rPr>
        <w:t>어떤</w:t>
      </w:r>
      <w:r w:rsidR="000A4FFE">
        <w:rPr>
          <w:lang w:eastAsia="ko-KR"/>
        </w:rPr>
        <w:t xml:space="preserve"> </w:t>
      </w:r>
      <w:r w:rsidR="000A4FFE">
        <w:rPr>
          <w:lang w:eastAsia="ko-KR"/>
        </w:rPr>
        <w:t>역할을</w:t>
      </w:r>
      <w:r w:rsidR="000A4FFE">
        <w:rPr>
          <w:lang w:eastAsia="ko-KR"/>
        </w:rPr>
        <w:t xml:space="preserve"> </w:t>
      </w:r>
      <w:r w:rsidR="000A4FFE">
        <w:rPr>
          <w:lang w:eastAsia="ko-KR"/>
        </w:rPr>
        <w:t>하나요</w:t>
      </w:r>
      <w:r w:rsidR="000A4FFE">
        <w:rPr>
          <w:lang w:eastAsia="ko-KR"/>
        </w:rPr>
        <w:t>?</w:t>
      </w:r>
    </w:p>
    <w:p w14:paraId="40F77EF3" w14:textId="77777777" w:rsidR="00AA1196" w:rsidRDefault="000A4FFE">
      <w:pPr>
        <w:rPr>
          <w:lang w:eastAsia="ko-KR"/>
        </w:rPr>
      </w:pPr>
      <w:r>
        <w:rPr>
          <w:b/>
          <w:lang w:eastAsia="ko-KR"/>
        </w:rPr>
        <w:t xml:space="preserve">답변: </w:t>
      </w:r>
      <w:r>
        <w:rPr>
          <w:lang w:eastAsia="ko-KR"/>
        </w:rPr>
        <w:t>머신러닝 모델은 가격 판단을 담당하고, LLM은 언어 장벽을 해결하는 역할을 합니다. 상품 설명을 유학생이 선택한 언어로 번역하고, 가격 판단 결과를 쉽게 설명해주며, 구매 전 확인사항과 판매자에게 보낼 수 있는 메시지도 생성합니다.</w:t>
      </w:r>
    </w:p>
    <w:p w14:paraId="71CE1068" w14:textId="298C2E1C" w:rsidR="00AA1196" w:rsidRDefault="00206BEF">
      <w:pPr>
        <w:pStyle w:val="21"/>
        <w:rPr>
          <w:lang w:eastAsia="ko-KR"/>
        </w:rPr>
      </w:pPr>
      <w:r>
        <w:rPr>
          <w:rFonts w:eastAsia="맑은 고딕" w:hint="eastAsia"/>
          <w:lang w:eastAsia="ko-KR"/>
        </w:rPr>
        <w:t>7</w:t>
      </w:r>
      <w:r w:rsidR="000A4FFE">
        <w:rPr>
          <w:lang w:eastAsia="ko-KR"/>
        </w:rPr>
        <w:t xml:space="preserve">. </w:t>
      </w:r>
      <w:r w:rsidR="000A4FFE">
        <w:rPr>
          <w:lang w:eastAsia="ko-KR"/>
        </w:rPr>
        <w:t>주소</w:t>
      </w:r>
      <w:r w:rsidR="000A4FFE">
        <w:rPr>
          <w:lang w:eastAsia="ko-KR"/>
        </w:rPr>
        <w:t xml:space="preserve"> </w:t>
      </w:r>
      <w:r w:rsidR="000A4FFE">
        <w:rPr>
          <w:lang w:eastAsia="ko-KR"/>
        </w:rPr>
        <w:t>기반</w:t>
      </w:r>
      <w:r w:rsidR="000A4FFE">
        <w:rPr>
          <w:lang w:eastAsia="ko-KR"/>
        </w:rPr>
        <w:t xml:space="preserve"> </w:t>
      </w:r>
      <w:r w:rsidR="000A4FFE">
        <w:rPr>
          <w:lang w:eastAsia="ko-KR"/>
        </w:rPr>
        <w:t>입력은</w:t>
      </w:r>
      <w:r w:rsidR="000A4FFE">
        <w:rPr>
          <w:lang w:eastAsia="ko-KR"/>
        </w:rPr>
        <w:t xml:space="preserve"> </w:t>
      </w:r>
      <w:r w:rsidR="000A4FFE">
        <w:rPr>
          <w:lang w:eastAsia="ko-KR"/>
        </w:rPr>
        <w:t>항상</w:t>
      </w:r>
      <w:r w:rsidR="000A4FFE">
        <w:rPr>
          <w:lang w:eastAsia="ko-KR"/>
        </w:rPr>
        <w:t xml:space="preserve"> </w:t>
      </w:r>
      <w:r w:rsidR="000A4FFE">
        <w:rPr>
          <w:lang w:eastAsia="ko-KR"/>
        </w:rPr>
        <w:t>정확하게</w:t>
      </w:r>
      <w:r w:rsidR="000A4FFE">
        <w:rPr>
          <w:lang w:eastAsia="ko-KR"/>
        </w:rPr>
        <w:t xml:space="preserve"> </w:t>
      </w:r>
      <w:r w:rsidR="000A4FFE">
        <w:rPr>
          <w:lang w:eastAsia="ko-KR"/>
        </w:rPr>
        <w:t>작동하나요</w:t>
      </w:r>
      <w:r w:rsidR="000A4FFE">
        <w:rPr>
          <w:lang w:eastAsia="ko-KR"/>
        </w:rPr>
        <w:t>?</w:t>
      </w:r>
    </w:p>
    <w:p w14:paraId="095867B6" w14:textId="77777777" w:rsidR="00AA1196" w:rsidRDefault="000A4FFE">
      <w:pPr>
        <w:rPr>
          <w:lang w:eastAsia="ko-KR"/>
        </w:rPr>
      </w:pPr>
      <w:r>
        <w:rPr>
          <w:b/>
          <w:lang w:eastAsia="ko-KR"/>
        </w:rPr>
        <w:t xml:space="preserve">답변: </w:t>
      </w:r>
      <w:r>
        <w:rPr>
          <w:lang w:eastAsia="ko-KR"/>
        </w:rPr>
        <w:t>항상 정확하다고 보기는 어렵습니다. 당근마켓 페이지는 동적 로딩이 있고, 페이지 구조가 바뀌면 제목이나 상세설명 추출이 불안정할 수 있습니다. 그래서 현재 서비스는 주소 기반 추출을 시도하되, 추출이 실패하거나 부정확하면 사용자가 직접 정보를 보완할 수 있는 구조로 개선할 수 있습니다.</w:t>
      </w:r>
    </w:p>
    <w:p w14:paraId="1F8F6365" w14:textId="61AEDBC8" w:rsidR="00AA1196" w:rsidRDefault="00206BEF">
      <w:pPr>
        <w:pStyle w:val="21"/>
        <w:rPr>
          <w:lang w:eastAsia="ko-KR"/>
        </w:rPr>
      </w:pPr>
      <w:r>
        <w:rPr>
          <w:rFonts w:eastAsia="맑은 고딕" w:hint="eastAsia"/>
          <w:lang w:eastAsia="ko-KR"/>
        </w:rPr>
        <w:t>8</w:t>
      </w:r>
      <w:r w:rsidR="000A4FFE">
        <w:rPr>
          <w:lang w:eastAsia="ko-KR"/>
        </w:rPr>
        <w:t xml:space="preserve">. </w:t>
      </w:r>
      <w:r w:rsidR="000A4FFE">
        <w:rPr>
          <w:lang w:eastAsia="ko-KR"/>
        </w:rPr>
        <w:t>이</w:t>
      </w:r>
      <w:r w:rsidR="000A4FFE">
        <w:rPr>
          <w:lang w:eastAsia="ko-KR"/>
        </w:rPr>
        <w:t xml:space="preserve"> </w:t>
      </w:r>
      <w:r w:rsidR="000A4FFE">
        <w:rPr>
          <w:lang w:eastAsia="ko-KR"/>
        </w:rPr>
        <w:t>서비스를</w:t>
      </w:r>
      <w:r w:rsidR="000A4FFE">
        <w:rPr>
          <w:lang w:eastAsia="ko-KR"/>
        </w:rPr>
        <w:t xml:space="preserve"> </w:t>
      </w:r>
      <w:r w:rsidR="000A4FFE">
        <w:rPr>
          <w:lang w:eastAsia="ko-KR"/>
        </w:rPr>
        <w:t>실제로</w:t>
      </w:r>
      <w:r w:rsidR="000A4FFE">
        <w:rPr>
          <w:lang w:eastAsia="ko-KR"/>
        </w:rPr>
        <w:t xml:space="preserve"> </w:t>
      </w:r>
      <w:r w:rsidR="000A4FFE">
        <w:rPr>
          <w:lang w:eastAsia="ko-KR"/>
        </w:rPr>
        <w:t>확장한다면</w:t>
      </w:r>
      <w:r w:rsidR="000A4FFE">
        <w:rPr>
          <w:lang w:eastAsia="ko-KR"/>
        </w:rPr>
        <w:t xml:space="preserve"> </w:t>
      </w:r>
      <w:r w:rsidR="000A4FFE">
        <w:rPr>
          <w:lang w:eastAsia="ko-KR"/>
        </w:rPr>
        <w:t>무엇을</w:t>
      </w:r>
      <w:r w:rsidR="000A4FFE">
        <w:rPr>
          <w:lang w:eastAsia="ko-KR"/>
        </w:rPr>
        <w:t xml:space="preserve"> </w:t>
      </w:r>
      <w:r w:rsidR="000A4FFE">
        <w:rPr>
          <w:lang w:eastAsia="ko-KR"/>
        </w:rPr>
        <w:t>개선해야</w:t>
      </w:r>
      <w:r w:rsidR="000A4FFE">
        <w:rPr>
          <w:lang w:eastAsia="ko-KR"/>
        </w:rPr>
        <w:t xml:space="preserve"> </w:t>
      </w:r>
      <w:r w:rsidR="000A4FFE">
        <w:rPr>
          <w:lang w:eastAsia="ko-KR"/>
        </w:rPr>
        <w:t>하나요</w:t>
      </w:r>
      <w:r w:rsidR="000A4FFE">
        <w:rPr>
          <w:lang w:eastAsia="ko-KR"/>
        </w:rPr>
        <w:t>?</w:t>
      </w:r>
    </w:p>
    <w:p w14:paraId="1BB021F8" w14:textId="46F81250" w:rsidR="00AA1196" w:rsidRDefault="000A4FFE">
      <w:pPr>
        <w:rPr>
          <w:lang w:eastAsia="ko-KR"/>
        </w:rPr>
      </w:pPr>
      <w:r>
        <w:rPr>
          <w:b/>
          <w:lang w:eastAsia="ko-KR"/>
        </w:rPr>
        <w:t xml:space="preserve">답변: </w:t>
      </w:r>
      <w:r>
        <w:rPr>
          <w:lang w:eastAsia="ko-KR"/>
        </w:rPr>
        <w:t>첫 번째는 데이터 확장입니다. 상세설명, 조회수, 관심수, 채팅수 같은 추가 정보를 수집하면 가격 예측 성능을 높일 수 있습니다. 두 번째는 LLM 자동 카테고리 태깅입니다. 세 번째는 RAG 구조를 도입해서 유사 거래 사례를 검색한 뒤 LLM이 더 정확한 설명과 가격 판단을 하도록 개선하는 것입니다.</w:t>
      </w:r>
    </w:p>
    <w:sectPr w:rsidR="00AA1196" w:rsidSect="00034616">
      <w:pgSz w:w="12240" w:h="15840"/>
      <w:pgMar w:top="1008" w:right="1080" w:bottom="1008"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82655" w14:textId="77777777" w:rsidR="00591483" w:rsidRDefault="00591483" w:rsidP="00134AD0">
      <w:pPr>
        <w:spacing w:after="0" w:line="240" w:lineRule="auto"/>
      </w:pPr>
      <w:r>
        <w:separator/>
      </w:r>
    </w:p>
  </w:endnote>
  <w:endnote w:type="continuationSeparator" w:id="0">
    <w:p w14:paraId="7D1B9D8E" w14:textId="77777777" w:rsidR="00591483" w:rsidRDefault="00591483" w:rsidP="00134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85947" w14:textId="77777777" w:rsidR="00591483" w:rsidRDefault="00591483" w:rsidP="00134AD0">
      <w:pPr>
        <w:spacing w:after="0" w:line="240" w:lineRule="auto"/>
      </w:pPr>
      <w:r>
        <w:separator/>
      </w:r>
    </w:p>
  </w:footnote>
  <w:footnote w:type="continuationSeparator" w:id="0">
    <w:p w14:paraId="720F8CF1" w14:textId="77777777" w:rsidR="00591483" w:rsidRDefault="00591483" w:rsidP="00134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45557422">
    <w:abstractNumId w:val="8"/>
  </w:num>
  <w:num w:numId="2" w16cid:durableId="1396396193">
    <w:abstractNumId w:val="6"/>
  </w:num>
  <w:num w:numId="3" w16cid:durableId="2078240386">
    <w:abstractNumId w:val="5"/>
  </w:num>
  <w:num w:numId="4" w16cid:durableId="308633538">
    <w:abstractNumId w:val="4"/>
  </w:num>
  <w:num w:numId="5" w16cid:durableId="1574580000">
    <w:abstractNumId w:val="7"/>
  </w:num>
  <w:num w:numId="6" w16cid:durableId="204490612">
    <w:abstractNumId w:val="3"/>
  </w:num>
  <w:num w:numId="7" w16cid:durableId="1264413893">
    <w:abstractNumId w:val="2"/>
  </w:num>
  <w:num w:numId="8" w16cid:durableId="1812599806">
    <w:abstractNumId w:val="1"/>
  </w:num>
  <w:num w:numId="9" w16cid:durableId="131024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4FFE"/>
    <w:rsid w:val="001056C6"/>
    <w:rsid w:val="00134AD0"/>
    <w:rsid w:val="0015074B"/>
    <w:rsid w:val="001E34C0"/>
    <w:rsid w:val="00206BEF"/>
    <w:rsid w:val="0025308B"/>
    <w:rsid w:val="0029639D"/>
    <w:rsid w:val="00326F90"/>
    <w:rsid w:val="00591483"/>
    <w:rsid w:val="00AA1196"/>
    <w:rsid w:val="00AA1D8D"/>
    <w:rsid w:val="00B47730"/>
    <w:rsid w:val="00CB0664"/>
    <w:rsid w:val="00E1259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952FBA7D-C8D3-4BBB-AA7C-477207ED5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맑은 고딕" w:eastAsia="맑은 고딕" w:hAnsi="맑은 고딕"/>
      <w:sz w:val="21"/>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윤기 정</cp:lastModifiedBy>
  <cp:revision>5</cp:revision>
  <dcterms:created xsi:type="dcterms:W3CDTF">2013-12-23T23:15:00Z</dcterms:created>
  <dcterms:modified xsi:type="dcterms:W3CDTF">2026-07-30T03:34:00Z</dcterms:modified>
  <cp:category/>
</cp:coreProperties>
</file>